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sz w:val="42"/>
        </w:rPr>
        <w:t>[Имя Фамилия]</w:t>
      </w:r>
    </w:p>
    <w:p>
      <w:pPr>
        <w:pStyle w:val="Subtitle"/>
      </w:pPr>
      <w:r>
        <w:rPr>
          <w:rFonts w:ascii="Arial" w:hAnsi="Arial"/>
          <w:sz w:val="24"/>
        </w:rPr>
        <w:t>[Желаемая должность]</w:t>
      </w:r>
    </w:p>
    <w:p>
      <w:r>
        <w:rPr>
          <w:rFonts w:ascii="Arial" w:hAnsi="Arial"/>
          <w:sz w:val="19"/>
        </w:rPr>
        <w:t>[email] · [телефон или Telegram] · [ссылка на портфолио]</w:t>
      </w:r>
    </w:p>
    <w:p>
      <w:r>
        <w:rPr>
          <w:rFonts w:ascii="Arial" w:hAnsi="Arial"/>
          <w:color w:val="6B645D"/>
          <w:sz w:val="17"/>
        </w:rPr>
        <w:t>[Город]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 СЕБЕ</w:t>
      </w:r>
    </w:p>
    <w:p>
      <w:r>
        <w:rPr>
          <w:rFonts w:ascii="Arial" w:hAnsi="Arial"/>
          <w:sz w:val="19"/>
        </w:rPr>
        <w:t>[Специализация, стаж и задачи, которые вы умеете решать. Назовите навыки, подходящие выбранной должности.]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ОПЫТ РАБОТЫ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[Ваша роль] · [Компания]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[мм.гггг] — [мм.гггг]</w:t>
            </w:r>
          </w:p>
        </w:tc>
      </w:tr>
    </w:tbl>
    <w:p>
      <w:r>
        <w:rPr>
          <w:rFonts w:ascii="Arial" w:hAnsi="Arial"/>
          <w:color w:val="6B645D"/>
          <w:sz w:val="17"/>
        </w:rPr>
        <w:t>[Город и формат работы]</w:t>
      </w:r>
    </w:p>
    <w:p>
      <w:r>
        <w:rPr>
          <w:rFonts w:ascii="Arial" w:hAnsi="Arial"/>
          <w:sz w:val="19"/>
        </w:rPr>
        <w:t>[Задачи на работе и ваша зона ответственности. Отделите личный вклад от результата команды.]</w:t>
      </w:r>
    </w:p>
    <w:p>
      <w:pPr>
        <w:keepNext/>
      </w:pPr>
      <w:r>
        <w:rPr>
          <w:rFonts w:ascii="Arial" w:hAnsi="Arial"/>
          <w:b/>
          <w:sz w:val="19"/>
        </w:rPr>
        <w:t>Достижения</w:t>
      </w:r>
    </w:p>
    <w:p>
      <w:pPr>
        <w:keepLines/>
        <w:ind w:left="227" w:hanging="227"/>
      </w:pPr>
      <w:r>
        <w:rPr>
          <w:rFonts w:ascii="Arial" w:hAnsi="Arial"/>
          <w:color w:val="E2574C"/>
          <w:sz w:val="19"/>
        </w:rPr>
        <w:t xml:space="preserve">▪  </w:t>
      </w:r>
      <w:r>
        <w:rPr>
          <w:rFonts w:ascii="Arial" w:hAnsi="Arial"/>
          <w:sz w:val="19"/>
        </w:rPr>
        <w:t>[Что вы сделали лично и какой результат получили.]</w:t>
      </w:r>
    </w:p>
    <w:p>
      <w:pPr>
        <w:keepLines/>
        <w:ind w:left="227" w:hanging="227"/>
      </w:pPr>
      <w:r>
        <w:rPr>
          <w:rFonts w:ascii="Arial" w:hAnsi="Arial"/>
          <w:color w:val="E2574C"/>
          <w:sz w:val="19"/>
        </w:rPr>
        <w:t xml:space="preserve">▪  </w:t>
      </w:r>
      <w:r>
        <w:rPr>
          <w:rFonts w:ascii="Arial" w:hAnsi="Arial"/>
          <w:sz w:val="19"/>
        </w:rPr>
        <w:t>[Что вы улучшили и как это проверили: метрика, приёмка или обратная связь.]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ОБРАЗОВАНИЕ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[Учебное заведение]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[годы обучения]</w:t>
            </w:r>
          </w:p>
        </w:tc>
      </w:tr>
    </w:tbl>
    <w:p>
      <w:r>
        <w:rPr>
          <w:rFonts w:ascii="Arial" w:hAnsi="Arial"/>
          <w:sz w:val="19"/>
        </w:rPr>
        <w:t>[Специальность и уровень образования]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КУРСЫ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3515"/>
      </w:tblGrid>
      <w:tr>
        <w:tc>
          <w:tcPr>
            <w:tcW w:type="dxa" w:w="6690"/>
          </w:tcPr>
          <w:p>
            <w:pPr>
              <w:keepNext/>
            </w:pPr>
            <w:r>
              <w:rPr>
                <w:rFonts w:ascii="Arial" w:hAnsi="Arial"/>
                <w:b/>
                <w:sz w:val="19"/>
              </w:rPr>
              <w:t>[Курс и организация]</w:t>
            </w:r>
          </w:p>
        </w:tc>
        <w:tc>
          <w:tcPr>
            <w:tcW w:type="dxa" w:w="3515"/>
          </w:tcPr>
          <w:p>
            <w:pPr>
              <w:keepNext/>
              <w:jc w:val="right"/>
            </w:pPr>
            <w:r>
              <w:rPr>
                <w:rFonts w:ascii="Arial" w:hAnsi="Arial"/>
                <w:color w:val="6B645D"/>
                <w:sz w:val="17"/>
              </w:rPr>
              <w:t>[месяц и год]</w:t>
            </w:r>
          </w:p>
        </w:tc>
      </w:tr>
    </w:tbl>
    <w:p>
      <w:r>
        <w:rPr>
          <w:rFonts w:ascii="Arial" w:hAnsi="Arial"/>
          <w:sz w:val="19"/>
        </w:rPr>
        <w:t>[При необходимости: итоговый проект. Удалите раздел, если подходящих курсов нет.]</w:t>
      </w:r>
    </w:p>
    <w:p>
      <w:pPr>
        <w:pStyle w:val="Heading1"/>
        <w:pBdr>
          <w:bottom w:val="single" w:sz="4" w:color="E5DED7" w:space="4"/>
        </w:pBdr>
      </w:pPr>
      <w:r>
        <w:rPr>
          <w:rFonts w:ascii="Arial" w:hAnsi="Arial"/>
          <w:sz w:val="20"/>
        </w:rPr>
        <w:t>ЯЗЫКИ</w:t>
      </w:r>
    </w:p>
    <w:p>
      <w:r>
        <w:rPr>
          <w:rFonts w:ascii="Arial" w:hAnsi="Arial"/>
          <w:sz w:val="19"/>
        </w:rPr>
        <w:t>[Язык] — [Уровень владения]</w:t>
      </w:r>
    </w:p>
    <w:sectPr w:rsidR="00FC693F" w:rsidRPr="0006063C" w:rsidSect="00034616">
      <w:footerReference w:type="default" r:id="rId9"/>
      <w:pgSz w:w="11906" w:h="16838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6B645D"/>
        <w:sz w:val="14"/>
      </w:rPr>
      <w:t>Шаблон · замените поля в скобках своими данными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8" w:lineRule="auto" w:after="85"/>
    </w:pPr>
    <w:rPr>
      <w:rFonts w:ascii="Arial" w:hAnsi="Arial"/>
      <w:b w:val="0"/>
      <w:i w:val="0"/>
      <w:color w:val="26221F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70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E2574C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13" w:line="276" w:lineRule="auto" w:before="0"/>
      <w:contextualSpacing/>
    </w:pPr>
    <w:rPr>
      <w:rFonts w:asciiTheme="majorHAnsi" w:eastAsiaTheme="majorEastAsia" w:hAnsiTheme="majorHAnsi" w:cstheme="majorBidi" w:ascii="Arial" w:hAnsi="Arial"/>
      <w:b/>
      <w:i w:val="0"/>
      <w:color w:val="26221F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70"/>
    </w:pPr>
    <w:rPr>
      <w:rFonts w:asciiTheme="majorHAnsi" w:eastAsiaTheme="majorEastAsia" w:hAnsiTheme="majorHAnsi" w:cstheme="majorBidi" w:ascii="Arial" w:hAnsi="Arial"/>
      <w:b w:val="0"/>
      <w:i w:val="0"/>
      <w:iCs/>
      <w:color w:val="6B645D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</dc:title>
  <dc:subject/>
  <dc:creator>HireSeeker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