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sz w:val="42"/>
        </w:rPr>
        <w:t>[Имя Фамилия]</w:t>
      </w:r>
    </w:p>
    <w:p>
      <w:pPr>
        <w:pStyle w:val="Subtitle"/>
      </w:pPr>
      <w:r>
        <w:rPr>
          <w:rFonts w:ascii="Arial" w:hAnsi="Arial"/>
          <w:sz w:val="24"/>
        </w:rPr>
        <w:t>[Желаемая должность]</w:t>
      </w:r>
    </w:p>
    <w:p>
      <w:r>
        <w:rPr>
          <w:rFonts w:ascii="Arial" w:hAnsi="Arial"/>
          <w:sz w:val="19"/>
        </w:rPr>
        <w:t>[email] · [телефон или Telegram] · [ссылка на портфолио]</w:t>
      </w:r>
    </w:p>
    <w:p>
      <w:r>
        <w:rPr>
          <w:rFonts w:ascii="Arial" w:hAnsi="Arial"/>
          <w:color w:val="6B645D"/>
          <w:sz w:val="17"/>
        </w:rPr>
        <w:t>[Город]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 СЕБЕ</w:t>
      </w:r>
    </w:p>
    <w:p>
      <w:r>
        <w:rPr>
          <w:rFonts w:ascii="Arial" w:hAnsi="Arial"/>
          <w:sz w:val="19"/>
        </w:rPr>
        <w:t>[Какую первую работу ищете, чему научились и где применяли знания: учёба, практика, волонтёрство.]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[Ваша роль] · [Учебный проект или практика]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[мм.гггг] — [мм.гггг]</w:t>
            </w:r>
          </w:p>
        </w:tc>
      </w:tr>
    </w:tbl>
    <w:p>
      <w:r>
        <w:rPr>
          <w:rFonts w:ascii="Arial" w:hAnsi="Arial"/>
          <w:color w:val="6B645D"/>
          <w:sz w:val="17"/>
        </w:rPr>
        <w:t>[Город и формат работы]</w:t>
      </w:r>
    </w:p>
    <w:p>
      <w:r>
        <w:rPr>
          <w:rFonts w:ascii="Arial" w:hAnsi="Arial"/>
          <w:sz w:val="19"/>
        </w:rPr>
        <w:t>[Прямо укажите, что проект учебный. Опишите задачу, использованные данные, инструменты и свою часть работы.]</w:t>
      </w:r>
    </w:p>
    <w:p>
      <w:pPr>
        <w:keepNext/>
      </w:pPr>
      <w:r>
        <w:rPr>
          <w:rFonts w:ascii="Arial" w:hAnsi="Arial"/>
          <w:b/>
          <w:sz w:val="19"/>
        </w:rPr>
        <w:t>Достижения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[Что вы сделали лично и какой результат получили.]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[Как проверили работу и где её посмотреть: репозиторий, отчёт или презентация.]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[Учебное заведение]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[годы обучения]</w:t>
            </w:r>
          </w:p>
        </w:tc>
      </w:tr>
    </w:tbl>
    <w:p>
      <w:r>
        <w:rPr>
          <w:rFonts w:ascii="Arial" w:hAnsi="Arial"/>
          <w:sz w:val="19"/>
        </w:rPr>
        <w:t>[Специальность и уровень образования]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КУРСЫ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[Курс и организация]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[месяц и год]</w:t>
            </w:r>
          </w:p>
        </w:tc>
      </w:tr>
    </w:tbl>
    <w:p>
      <w:r>
        <w:rPr>
          <w:rFonts w:ascii="Arial" w:hAnsi="Arial"/>
          <w:sz w:val="19"/>
        </w:rPr>
        <w:t>[При необходимости: итоговый проект. Удалите раздел, если подходящих курсов нет.]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ЯЗЫКИ</w:t>
      </w:r>
    </w:p>
    <w:p>
      <w:r>
        <w:rPr>
          <w:rFonts w:ascii="Arial" w:hAnsi="Arial"/>
          <w:sz w:val="19"/>
        </w:rPr>
        <w:t>[Язык] — [Уровень владения]</w:t>
      </w:r>
    </w:p>
    <w:sectPr w:rsidR="00FC693F" w:rsidRPr="0006063C" w:rsidSect="00034616">
      <w:footerReference w:type="default" r:id="rId9"/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45D"/>
        <w:sz w:val="14"/>
      </w:rPr>
      <w:t>Шаблон · замените поля в скобках своими данными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5"/>
    </w:pPr>
    <w:rPr>
      <w:rFonts w:ascii="Arial" w:hAnsi="Arial"/>
      <w:b w:val="0"/>
      <w:i w:val="0"/>
      <w:color w:val="2622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7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E2574C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13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6221F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70"/>
    </w:pPr>
    <w:rPr>
      <w:rFonts w:asciiTheme="majorHAnsi" w:eastAsiaTheme="majorEastAsia" w:hAnsiTheme="majorHAnsi" w:cstheme="majorBidi" w:ascii="Arial" w:hAnsi="Arial"/>
      <w:b w:val="0"/>
      <w:i w:val="0"/>
      <w:iCs/>
      <w:color w:val="6B645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subject/>
  <dc:creator>HireSeeker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