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sz w:val="42"/>
        </w:rPr>
        <w:t>Мария Примерова</w:t>
      </w:r>
    </w:p>
    <w:p>
      <w:pPr>
        <w:pStyle w:val="Subtitle"/>
      </w:pPr>
      <w:r>
        <w:rPr>
          <w:rFonts w:ascii="Arial" w:hAnsi="Arial"/>
          <w:sz w:val="24"/>
        </w:rPr>
        <w:t>Python-разработчик</w:t>
      </w:r>
    </w:p>
    <w:p>
      <w:r>
        <w:rPr>
          <w:rFonts w:ascii="Arial" w:hAnsi="Arial"/>
          <w:sz w:val="19"/>
        </w:rPr>
        <w:t>maria@example.com · example.com/portfolio</w:t>
      </w:r>
    </w:p>
    <w:p>
      <w:r>
        <w:rPr>
          <w:rFonts w:ascii="Arial" w:hAnsi="Arial"/>
          <w:color w:val="6B645D"/>
          <w:sz w:val="17"/>
        </w:rPr>
        <w:t>Санкт-Петербург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 СЕБЕ</w:t>
      </w:r>
    </w:p>
    <w:p>
      <w:r>
        <w:rPr>
          <w:rFonts w:ascii="Arial" w:hAnsi="Arial"/>
          <w:sz w:val="19"/>
        </w:rPr>
        <w:t>Разрабатываю backend-сервисы на Python. Проектирую API и схемы данных, проверяю бизнес-правила тестами.</w:t>
        <w:br/>
        <w:t>Стек: Python, FastAPI, PostgreSQL, SQLAlchemy, pytest, Docker.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ОПЫТ РАБОТЫ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Backend-разработчик · Учебный сервис записи на консультации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сентябрь 2025 — август 2026</w:t>
            </w:r>
          </w:p>
        </w:tc>
      </w:tr>
    </w:tbl>
    <w:p>
      <w:r>
        <w:rPr>
          <w:rFonts w:ascii="Arial" w:hAnsi="Arial"/>
          <w:color w:val="6B645D"/>
          <w:sz w:val="17"/>
        </w:rPr>
        <w:t>Учебный проект · Python / FastAPI</w:t>
      </w:r>
    </w:p>
    <w:p>
      <w:r>
        <w:rPr>
          <w:rFonts w:ascii="Arial" w:hAnsi="Arial"/>
          <w:color w:val="6B645D"/>
          <w:sz w:val="17"/>
        </w:rPr>
        <w:t>https://example.com/booking-service</w:t>
      </w:r>
    </w:p>
    <w:p>
      <w:r>
        <w:rPr>
          <w:rFonts w:ascii="Arial" w:hAnsi="Arial"/>
          <w:sz w:val="19"/>
        </w:rPr>
        <w:t>Разработала API расписания и бронирования: создание слотов, запись клиента и отмена. Подготовила схему PostgreSQL и запуск окружения через Docker.</w:t>
      </w:r>
    </w:p>
    <w:p>
      <w:pPr>
        <w:keepNext/>
      </w:pPr>
      <w:r>
        <w:rPr>
          <w:rFonts w:ascii="Arial" w:hAnsi="Arial"/>
          <w:b/>
          <w:sz w:val="19"/>
        </w:rPr>
        <w:t>Достижения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Добавила транзакции и тест конкурентного бронирования: повторная запись на занятый слот отклоняется.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Описала запуск, примеры запросов и проверку ошибок в README. Покрыла тестами пустое расписание и повторную отмену.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ОБРАЗОВАНИЕ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Учебный университет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2021 — 2025</w:t>
            </w:r>
          </w:p>
        </w:tc>
      </w:tr>
    </w:tbl>
    <w:p>
      <w:r>
        <w:rPr>
          <w:rFonts w:ascii="Arial" w:hAnsi="Arial"/>
          <w:sz w:val="19"/>
        </w:rPr>
        <w:t>Программная инженерия</w:t>
      </w:r>
    </w:p>
    <w:p>
      <w:r>
        <w:rPr>
          <w:rFonts w:ascii="Arial" w:hAnsi="Arial"/>
          <w:color w:val="6B645D"/>
          <w:sz w:val="17"/>
        </w:rPr>
        <w:t>Бакалавр · Санкт-Петербург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КУРСЫ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Проектирование баз данных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декабрь 2025</w:t>
            </w:r>
          </w:p>
        </w:tc>
      </w:tr>
    </w:tbl>
    <w:p>
      <w:r>
        <w:rPr>
          <w:rFonts w:ascii="Arial" w:hAnsi="Arial"/>
          <w:sz w:val="19"/>
        </w:rPr>
        <w:t>Учебная программа по моделированию данных, транзакциям и индексам PostgreSQL.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ЯЗЫКИ</w:t>
      </w:r>
    </w:p>
    <w:p>
      <w:r>
        <w:rPr>
          <w:rFonts w:ascii="Arial" w:hAnsi="Arial"/>
          <w:sz w:val="19"/>
        </w:rPr>
        <w:t>Русский — Родной · Английский — B2 — средне-продвинутый</w:t>
      </w:r>
    </w:p>
    <w:sectPr w:rsidR="00FC693F" w:rsidRPr="0006063C" w:rsidSect="00034616">
      <w:footerReference w:type="default" r:id="rId9"/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45D"/>
        <w:sz w:val="14"/>
      </w:rPr>
      <w:t>Учебный пример · данные вымышлены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5"/>
    </w:pPr>
    <w:rPr>
      <w:rFonts w:ascii="Arial" w:hAnsi="Arial"/>
      <w:b w:val="0"/>
      <w:i w:val="0"/>
      <w:color w:val="26221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7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E2574C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13" w:line="276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6221F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70"/>
    </w:pPr>
    <w:rPr>
      <w:rFonts w:asciiTheme="majorHAnsi" w:eastAsiaTheme="majorEastAsia" w:hAnsiTheme="majorHAnsi" w:cstheme="majorBidi" w:ascii="Arial" w:hAnsi="Arial"/>
      <w:b w:val="0"/>
      <w:i w:val="0"/>
      <w:iCs/>
      <w:color w:val="6B645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</dc:title>
  <dc:subject/>
  <dc:creator>HireSeeker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