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/>
          <w:sz w:val="42"/>
        </w:rPr>
        <w:t>[Имя Фамилия]</w:t>
      </w:r>
    </w:p>
    <w:p>
      <w:pPr>
        <w:pStyle w:val="Subtitle"/>
      </w:pPr>
      <w:r>
        <w:rPr>
          <w:rFonts w:ascii="Arial" w:hAnsi="Arial"/>
          <w:sz w:val="24"/>
        </w:rPr>
        <w:t>[Желаемая должность]</w:t>
      </w:r>
    </w:p>
    <w:p>
      <w:r>
        <w:rPr>
          <w:rFonts w:ascii="Arial" w:hAnsi="Arial"/>
          <w:sz w:val="19"/>
        </w:rPr>
        <w:t>[email] · [телефон или Telegram] · [ссылка на портфолио]</w:t>
      </w:r>
    </w:p>
    <w:p>
      <w:r>
        <w:rPr>
          <w:rFonts w:ascii="Arial" w:hAnsi="Arial"/>
          <w:color w:val="6B645D"/>
          <w:sz w:val="17"/>
        </w:rPr>
        <w:t>[Город]</w:t>
      </w:r>
    </w:p>
    <w:p>
      <w:pPr>
        <w:pStyle w:val="Heading1"/>
        <w:pBdr>
          <w:bottom w:val="single" w:sz="4" w:color="E5DED7" w:space="4"/>
        </w:pBdr>
      </w:pPr>
      <w:r>
        <w:rPr>
          <w:rFonts w:ascii="Arial" w:hAnsi="Arial"/>
          <w:sz w:val="20"/>
        </w:rPr>
        <w:t>О СЕБЕ</w:t>
      </w:r>
    </w:p>
    <w:p>
      <w:r>
        <w:rPr>
          <w:rFonts w:ascii="Arial" w:hAnsi="Arial"/>
          <w:sz w:val="19"/>
        </w:rPr>
        <w:t>[Техническая специализация и задачи, которые решаете.]</w:t>
        <w:br/>
        <w:t>[Стек: языки, фреймворки, базы данных и инструменты, которыми владеете.]</w:t>
      </w:r>
    </w:p>
    <w:p>
      <w:pPr>
        <w:pStyle w:val="Heading1"/>
        <w:pBdr>
          <w:bottom w:val="single" w:sz="4" w:color="E5DED7" w:space="4"/>
        </w:pBdr>
      </w:pPr>
      <w:r>
        <w:rPr>
          <w:rFonts w:ascii="Arial" w:hAnsi="Arial"/>
          <w:sz w:val="20"/>
        </w:rPr>
        <w:t>ОПЫТ РАБОТЫ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690"/>
        <w:gridCol w:w="3515"/>
      </w:tblGrid>
      <w:tr>
        <w:tc>
          <w:tcPr>
            <w:tcW w:type="dxa" w:w="6690"/>
          </w:tcPr>
          <w:p>
            <w:pPr>
              <w:keepNext/>
            </w:pPr>
            <w:r>
              <w:rPr>
                <w:rFonts w:ascii="Arial" w:hAnsi="Arial"/>
                <w:b/>
                <w:sz w:val="19"/>
              </w:rPr>
              <w:t>[Ваша роль] · [Компания или технический проект]</w:t>
            </w:r>
          </w:p>
        </w:tc>
        <w:tc>
          <w:tcPr>
            <w:tcW w:type="dxa" w:w="3515"/>
          </w:tcPr>
          <w:p>
            <w:pPr>
              <w:keepNext/>
              <w:jc w:val="right"/>
            </w:pPr>
            <w:r>
              <w:rPr>
                <w:rFonts w:ascii="Arial" w:hAnsi="Arial"/>
                <w:color w:val="6B645D"/>
                <w:sz w:val="17"/>
              </w:rPr>
              <w:t>[мм.гггг] — [мм.гггг]</w:t>
            </w:r>
          </w:p>
        </w:tc>
      </w:tr>
    </w:tbl>
    <w:p>
      <w:r>
        <w:rPr>
          <w:rFonts w:ascii="Arial" w:hAnsi="Arial"/>
          <w:color w:val="6B645D"/>
          <w:sz w:val="17"/>
        </w:rPr>
        <w:t>[Город и формат работы]</w:t>
      </w:r>
    </w:p>
    <w:p>
      <w:r>
        <w:rPr>
          <w:rFonts w:ascii="Arial" w:hAnsi="Arial"/>
          <w:sz w:val="19"/>
        </w:rPr>
        <w:t>[Назначение сервиса, стек, ограничения и ваша роль. Для учебного проекта прямо укажите, что он учебный.]</w:t>
      </w:r>
    </w:p>
    <w:p>
      <w:pPr>
        <w:keepNext/>
      </w:pPr>
      <w:r>
        <w:rPr>
          <w:rFonts w:ascii="Arial" w:hAnsi="Arial"/>
          <w:b/>
          <w:sz w:val="19"/>
        </w:rPr>
        <w:t>Достижения</w:t>
      </w:r>
    </w:p>
    <w:p>
      <w:pPr>
        <w:keepLines/>
        <w:ind w:left="227" w:hanging="227"/>
      </w:pPr>
      <w:r>
        <w:rPr>
          <w:rFonts w:ascii="Arial" w:hAnsi="Arial"/>
          <w:color w:val="E2574C"/>
          <w:sz w:val="19"/>
        </w:rPr>
        <w:t xml:space="preserve">▪  </w:t>
      </w:r>
      <w:r>
        <w:rPr>
          <w:rFonts w:ascii="Arial" w:hAnsi="Arial"/>
          <w:sz w:val="19"/>
        </w:rPr>
        <w:t>[Что вы сделали лично и какой результат получили.]</w:t>
      </w:r>
    </w:p>
    <w:p>
      <w:pPr>
        <w:keepLines/>
        <w:ind w:left="227" w:hanging="227"/>
      </w:pPr>
      <w:r>
        <w:rPr>
          <w:rFonts w:ascii="Arial" w:hAnsi="Arial"/>
          <w:color w:val="E2574C"/>
          <w:sz w:val="19"/>
        </w:rPr>
        <w:t xml:space="preserve">▪  </w:t>
      </w:r>
      <w:r>
        <w:rPr>
          <w:rFonts w:ascii="Arial" w:hAnsi="Arial"/>
          <w:sz w:val="19"/>
        </w:rPr>
        <w:t>[Как проверили результат: тесты, нагрузочные измерения или метрики. Добавьте ссылку на код с README, если его можно публиковать.]</w:t>
      </w:r>
    </w:p>
    <w:p>
      <w:pPr>
        <w:pStyle w:val="Heading1"/>
        <w:pBdr>
          <w:bottom w:val="single" w:sz="4" w:color="E5DED7" w:space="4"/>
        </w:pBdr>
      </w:pPr>
      <w:r>
        <w:rPr>
          <w:rFonts w:ascii="Arial" w:hAnsi="Arial"/>
          <w:sz w:val="20"/>
        </w:rPr>
        <w:t>ОБРАЗОВАНИЕ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690"/>
        <w:gridCol w:w="3515"/>
      </w:tblGrid>
      <w:tr>
        <w:tc>
          <w:tcPr>
            <w:tcW w:type="dxa" w:w="6690"/>
          </w:tcPr>
          <w:p>
            <w:pPr>
              <w:keepNext/>
            </w:pPr>
            <w:r>
              <w:rPr>
                <w:rFonts w:ascii="Arial" w:hAnsi="Arial"/>
                <w:b/>
                <w:sz w:val="19"/>
              </w:rPr>
              <w:t>[Учебное заведение]</w:t>
            </w:r>
          </w:p>
        </w:tc>
        <w:tc>
          <w:tcPr>
            <w:tcW w:type="dxa" w:w="3515"/>
          </w:tcPr>
          <w:p>
            <w:pPr>
              <w:keepNext/>
              <w:jc w:val="right"/>
            </w:pPr>
            <w:r>
              <w:rPr>
                <w:rFonts w:ascii="Arial" w:hAnsi="Arial"/>
                <w:color w:val="6B645D"/>
                <w:sz w:val="17"/>
              </w:rPr>
              <w:t>[годы обучения]</w:t>
            </w:r>
          </w:p>
        </w:tc>
      </w:tr>
    </w:tbl>
    <w:p>
      <w:r>
        <w:rPr>
          <w:rFonts w:ascii="Arial" w:hAnsi="Arial"/>
          <w:sz w:val="19"/>
        </w:rPr>
        <w:t>[Специальность и уровень образования]</w:t>
      </w:r>
    </w:p>
    <w:p>
      <w:pPr>
        <w:pStyle w:val="Heading1"/>
        <w:pBdr>
          <w:bottom w:val="single" w:sz="4" w:color="E5DED7" w:space="4"/>
        </w:pBdr>
      </w:pPr>
      <w:r>
        <w:rPr>
          <w:rFonts w:ascii="Arial" w:hAnsi="Arial"/>
          <w:sz w:val="20"/>
        </w:rPr>
        <w:t>КУРСЫ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690"/>
        <w:gridCol w:w="3515"/>
      </w:tblGrid>
      <w:tr>
        <w:tc>
          <w:tcPr>
            <w:tcW w:type="dxa" w:w="6690"/>
          </w:tcPr>
          <w:p>
            <w:pPr>
              <w:keepNext/>
            </w:pPr>
            <w:r>
              <w:rPr>
                <w:rFonts w:ascii="Arial" w:hAnsi="Arial"/>
                <w:b/>
                <w:sz w:val="19"/>
              </w:rPr>
              <w:t>[Курс и организация]</w:t>
            </w:r>
          </w:p>
        </w:tc>
        <w:tc>
          <w:tcPr>
            <w:tcW w:type="dxa" w:w="3515"/>
          </w:tcPr>
          <w:p>
            <w:pPr>
              <w:keepNext/>
              <w:jc w:val="right"/>
            </w:pPr>
            <w:r>
              <w:rPr>
                <w:rFonts w:ascii="Arial" w:hAnsi="Arial"/>
                <w:color w:val="6B645D"/>
                <w:sz w:val="17"/>
              </w:rPr>
              <w:t>[месяц и год]</w:t>
            </w:r>
          </w:p>
        </w:tc>
      </w:tr>
    </w:tbl>
    <w:p>
      <w:r>
        <w:rPr>
          <w:rFonts w:ascii="Arial" w:hAnsi="Arial"/>
          <w:sz w:val="19"/>
        </w:rPr>
        <w:t>[При необходимости: итоговый проект. Удалите раздел, если подходящих курсов нет.]</w:t>
      </w:r>
    </w:p>
    <w:p>
      <w:pPr>
        <w:pStyle w:val="Heading1"/>
        <w:pBdr>
          <w:bottom w:val="single" w:sz="4" w:color="E5DED7" w:space="4"/>
        </w:pBdr>
      </w:pPr>
      <w:r>
        <w:rPr>
          <w:rFonts w:ascii="Arial" w:hAnsi="Arial"/>
          <w:sz w:val="20"/>
        </w:rPr>
        <w:t>ЯЗЫКИ</w:t>
      </w:r>
    </w:p>
    <w:p>
      <w:r>
        <w:rPr>
          <w:rFonts w:ascii="Arial" w:hAnsi="Arial"/>
          <w:sz w:val="19"/>
        </w:rPr>
        <w:t>[Язык] — [Уровень владения]</w:t>
      </w:r>
    </w:p>
    <w:sectPr w:rsidR="00FC693F" w:rsidRPr="0006063C" w:rsidSect="00034616">
      <w:footerReference w:type="default" r:id="rId9"/>
      <w:pgSz w:w="11906" w:h="16838"/>
      <w:pgMar w:top="907" w:right="850" w:bottom="90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color w:val="6B645D"/>
        <w:sz w:val="14"/>
      </w:rPr>
      <w:t>Шаблон · замените поля в скобках своими данными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48" w:lineRule="auto" w:after="85"/>
    </w:pPr>
    <w:rPr>
      <w:rFonts w:ascii="Arial" w:hAnsi="Arial"/>
      <w:b w:val="0"/>
      <w:i w:val="0"/>
      <w:color w:val="26221F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70"/>
      <w:outlineLvl w:val="0"/>
    </w:pPr>
    <w:rPr>
      <w:rFonts w:asciiTheme="majorHAnsi" w:eastAsiaTheme="majorEastAsia" w:hAnsiTheme="majorHAnsi" w:cstheme="majorBidi" w:ascii="Arial" w:hAnsi="Arial"/>
      <w:b/>
      <w:bCs/>
      <w:i w:val="0"/>
      <w:color w:val="E2574C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13" w:line="276" w:lineRule="auto" w:before="0"/>
      <w:contextualSpacing/>
    </w:pPr>
    <w:rPr>
      <w:rFonts w:asciiTheme="majorHAnsi" w:eastAsiaTheme="majorEastAsia" w:hAnsiTheme="majorHAnsi" w:cstheme="majorBidi" w:ascii="Arial" w:hAnsi="Arial"/>
      <w:b/>
      <w:i w:val="0"/>
      <w:color w:val="26221F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70"/>
    </w:pPr>
    <w:rPr>
      <w:rFonts w:asciiTheme="majorHAnsi" w:eastAsiaTheme="majorEastAsia" w:hAnsiTheme="majorHAnsi" w:cstheme="majorBidi" w:ascii="Arial" w:hAnsi="Arial"/>
      <w:b w:val="0"/>
      <w:i w:val="0"/>
      <w:iCs/>
      <w:color w:val="6B645D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</dc:title>
  <dc:subject/>
  <dc:creator>HireSeeker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